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1CC79" w14:textId="7F721B0B" w:rsidR="00C40AC1" w:rsidRPr="00D476F8" w:rsidRDefault="00813995">
      <w:pPr>
        <w:pStyle w:val="Titel"/>
        <w:rPr>
          <w:lang w:val="nl-NL"/>
        </w:rPr>
      </w:pPr>
      <w:r w:rsidRPr="00813995">
        <w:rPr>
          <w:lang w:val="nl-NL"/>
        </w:rPr>
        <w:drawing>
          <wp:anchor distT="0" distB="0" distL="114300" distR="114300" simplePos="0" relativeHeight="251622912" behindDoc="1" locked="0" layoutInCell="1" allowOverlap="1" wp14:anchorId="58F3C328" wp14:editId="0B730A53">
            <wp:simplePos x="0" y="0"/>
            <wp:positionH relativeFrom="column">
              <wp:posOffset>3898265</wp:posOffset>
            </wp:positionH>
            <wp:positionV relativeFrom="paragraph">
              <wp:posOffset>921385</wp:posOffset>
            </wp:positionV>
            <wp:extent cx="1195070" cy="2732405"/>
            <wp:effectExtent l="0" t="0" r="5080" b="0"/>
            <wp:wrapTight wrapText="bothSides">
              <wp:wrapPolygon edited="0">
                <wp:start x="0" y="0"/>
                <wp:lineTo x="0" y="21384"/>
                <wp:lineTo x="21348" y="21384"/>
                <wp:lineTo x="21348" y="0"/>
                <wp:lineTo x="0" y="0"/>
              </wp:wrapPolygon>
            </wp:wrapTight>
            <wp:docPr id="1338251655" name="Afbeelding 1" descr="Afbeelding met skelet, tekst, join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251655" name="Afbeelding 1" descr="Afbeelding met skelet, tekst, joint&#10;&#10;Door AI gegenereerde inhoud is mogelijk onjuis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95070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689" w:rsidRPr="00D476F8">
        <w:rPr>
          <w:lang w:val="nl-NL"/>
        </w:rPr>
        <w:t>Samenvatting Thema 5: Stevigheid en Beweging – Biologie voor Jou (3 TL)</w:t>
      </w:r>
    </w:p>
    <w:p w14:paraId="45FE0A29" w14:textId="77777777" w:rsidR="00C40AC1" w:rsidRPr="00D476F8" w:rsidRDefault="008B6689">
      <w:pPr>
        <w:pStyle w:val="Kop1"/>
        <w:rPr>
          <w:lang w:val="nl-NL"/>
        </w:rPr>
      </w:pPr>
      <w:r w:rsidRPr="00D476F8">
        <w:rPr>
          <w:lang w:val="nl-NL"/>
        </w:rPr>
        <w:t>BS 5.1 Het skelet van de mens</w:t>
      </w:r>
    </w:p>
    <w:p w14:paraId="3DD89652" w14:textId="66CA6DF8" w:rsidR="00C40AC1" w:rsidRPr="00D476F8" w:rsidRDefault="008B6689">
      <w:pPr>
        <w:rPr>
          <w:lang w:val="nl-NL"/>
        </w:rPr>
      </w:pPr>
      <w:r w:rsidRPr="00D476F8">
        <w:rPr>
          <w:lang w:val="nl-NL"/>
        </w:rPr>
        <w:t>• Botten benoemen in een afbeelding van het skelet:</w:t>
      </w:r>
      <w:r w:rsidRPr="00D476F8">
        <w:rPr>
          <w:lang w:val="nl-NL"/>
        </w:rPr>
        <w:br/>
      </w:r>
      <w:r w:rsidRPr="00D476F8">
        <w:rPr>
          <w:lang w:val="nl-NL"/>
        </w:rPr>
        <w:t xml:space="preserve">  - Voorbeelden: schedel, wervelkolom, ribben, borstbeen, bekken, dijbeen, scheenbeen, kuitbeen, opperarmbeen, spaakbeen, ellepijp, hand- en voetbeenderen.</w:t>
      </w:r>
      <w:r w:rsidRPr="00D476F8">
        <w:rPr>
          <w:lang w:val="nl-NL"/>
        </w:rPr>
        <w:br/>
        <w:t>• Functies van het skelet:</w:t>
      </w:r>
      <w:r w:rsidRPr="00D476F8">
        <w:rPr>
          <w:lang w:val="nl-NL"/>
        </w:rPr>
        <w:br/>
        <w:t xml:space="preserve">  1. Stevigheid geven</w:t>
      </w:r>
      <w:r w:rsidRPr="00D476F8">
        <w:rPr>
          <w:lang w:val="nl-NL"/>
        </w:rPr>
        <w:br/>
        <w:t xml:space="preserve">  2. Bescherming</w:t>
      </w:r>
      <w:r w:rsidRPr="00D476F8">
        <w:rPr>
          <w:lang w:val="nl-NL"/>
        </w:rPr>
        <w:br/>
        <w:t xml:space="preserve">  3. Beweging</w:t>
      </w:r>
      <w:r w:rsidRPr="00D476F8">
        <w:rPr>
          <w:lang w:val="nl-NL"/>
        </w:rPr>
        <w:br/>
        <w:t xml:space="preserve">  4. Vorm</w:t>
      </w:r>
      <w:r w:rsidR="00813995" w:rsidRPr="00813995">
        <w:rPr>
          <w:noProof/>
          <w:lang w:val="nl-NL"/>
        </w:rPr>
        <w:t xml:space="preserve"> </w:t>
      </w:r>
      <w:r w:rsidRPr="00D476F8">
        <w:rPr>
          <w:lang w:val="nl-NL"/>
        </w:rPr>
        <w:br/>
      </w:r>
      <w:r w:rsidRPr="00D476F8">
        <w:rPr>
          <w:lang w:val="nl-NL"/>
        </w:rPr>
        <w:br/>
        <w:t>• Pijpbeenderen vs. platte beenderen:</w:t>
      </w:r>
      <w:r w:rsidRPr="00D476F8">
        <w:rPr>
          <w:lang w:val="nl-NL"/>
        </w:rPr>
        <w:br/>
        <w:t xml:space="preserve">  - Pijpbeenderen: lang, geel beenmerg, bijv. dijbeen</w:t>
      </w:r>
      <w:r w:rsidRPr="00D476F8">
        <w:rPr>
          <w:lang w:val="nl-NL"/>
        </w:rPr>
        <w:br/>
        <w:t xml:space="preserve">  - Platte beenderen: plat, rood beenmerg, bijv. schedel</w:t>
      </w:r>
    </w:p>
    <w:p w14:paraId="390B8FF2" w14:textId="5B4BA817" w:rsidR="00C40AC1" w:rsidRPr="00D476F8" w:rsidRDefault="00813995">
      <w:pPr>
        <w:pStyle w:val="Kop1"/>
        <w:rPr>
          <w:lang w:val="nl-NL"/>
        </w:rPr>
      </w:pPr>
      <w:r w:rsidRPr="00813995">
        <w:rPr>
          <w:lang w:val="nl-NL"/>
        </w:rPr>
        <w:drawing>
          <wp:anchor distT="0" distB="0" distL="114300" distR="114300" simplePos="0" relativeHeight="251631104" behindDoc="1" locked="0" layoutInCell="1" allowOverlap="1" wp14:anchorId="0AE45BFF" wp14:editId="6112DB65">
            <wp:simplePos x="0" y="0"/>
            <wp:positionH relativeFrom="column">
              <wp:posOffset>3244850</wp:posOffset>
            </wp:positionH>
            <wp:positionV relativeFrom="paragraph">
              <wp:posOffset>226695</wp:posOffset>
            </wp:positionV>
            <wp:extent cx="2996565" cy="2421890"/>
            <wp:effectExtent l="0" t="0" r="0" b="0"/>
            <wp:wrapTight wrapText="bothSides">
              <wp:wrapPolygon edited="0">
                <wp:start x="0" y="0"/>
                <wp:lineTo x="0" y="21407"/>
                <wp:lineTo x="21421" y="21407"/>
                <wp:lineTo x="21421" y="0"/>
                <wp:lineTo x="0" y="0"/>
              </wp:wrapPolygon>
            </wp:wrapTight>
            <wp:docPr id="1592889983" name="Afbeelding 1" descr="Afbeelding met skelet, tekst, join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889983" name="Afbeelding 1" descr="Afbeelding met skelet, tekst, joint&#10;&#10;Door AI gegenereerde inhoud is mogelijk onjuis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6565" cy="242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689" w:rsidRPr="00D476F8">
        <w:rPr>
          <w:lang w:val="nl-NL"/>
        </w:rPr>
        <w:t>BS 5.2 Kraakbeenweefsel en b</w:t>
      </w:r>
      <w:r>
        <w:rPr>
          <w:lang w:val="nl-NL"/>
        </w:rPr>
        <w:t>ot</w:t>
      </w:r>
      <w:r w:rsidR="008B6689" w:rsidRPr="00D476F8">
        <w:rPr>
          <w:lang w:val="nl-NL"/>
        </w:rPr>
        <w:t>weefsel</w:t>
      </w:r>
    </w:p>
    <w:p w14:paraId="0B9E0DAF" w14:textId="42127077" w:rsidR="00C40AC1" w:rsidRPr="00D476F8" w:rsidRDefault="008B6689">
      <w:pPr>
        <w:rPr>
          <w:lang w:val="nl-NL"/>
        </w:rPr>
      </w:pPr>
      <w:r w:rsidRPr="00D476F8">
        <w:rPr>
          <w:lang w:val="nl-NL"/>
        </w:rPr>
        <w:t>• Kenmerken:</w:t>
      </w:r>
      <w:r w:rsidRPr="00D476F8">
        <w:rPr>
          <w:lang w:val="nl-NL"/>
        </w:rPr>
        <w:br/>
        <w:t xml:space="preserve">  - Kraakbeen: buigzaam, weinig bloedvaten</w:t>
      </w:r>
      <w:r w:rsidRPr="00D476F8">
        <w:rPr>
          <w:lang w:val="nl-NL"/>
        </w:rPr>
        <w:br/>
        <w:t xml:space="preserve">  - Beenweefsel: hard, veel bloedvaten</w:t>
      </w:r>
      <w:r w:rsidRPr="00D476F8">
        <w:rPr>
          <w:lang w:val="nl-NL"/>
        </w:rPr>
        <w:br/>
        <w:t>• Verandering tijdens het leven:</w:t>
      </w:r>
      <w:r w:rsidRPr="00D476F8">
        <w:rPr>
          <w:lang w:val="nl-NL"/>
        </w:rPr>
        <w:br/>
        <w:t xml:space="preserve">  - Baby's: veel kraakbeen → verbening</w:t>
      </w:r>
      <w:r w:rsidRPr="00D476F8">
        <w:rPr>
          <w:lang w:val="nl-NL"/>
        </w:rPr>
        <w:br/>
        <w:t xml:space="preserve">  - Ouderen: minder lijmstof → broze botten</w:t>
      </w:r>
    </w:p>
    <w:p w14:paraId="50FD7BAE" w14:textId="5A2D231D" w:rsidR="00813995" w:rsidRDefault="0081399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nl-NL"/>
        </w:rPr>
      </w:pPr>
      <w:r w:rsidRPr="00813995">
        <w:rPr>
          <w:lang w:val="nl-NL"/>
        </w:rPr>
        <w:drawing>
          <wp:anchor distT="0" distB="0" distL="114300" distR="114300" simplePos="0" relativeHeight="251661824" behindDoc="1" locked="0" layoutInCell="1" allowOverlap="1" wp14:anchorId="3A7B77E1" wp14:editId="125267EB">
            <wp:simplePos x="0" y="0"/>
            <wp:positionH relativeFrom="column">
              <wp:posOffset>3216910</wp:posOffset>
            </wp:positionH>
            <wp:positionV relativeFrom="paragraph">
              <wp:posOffset>730885</wp:posOffset>
            </wp:positionV>
            <wp:extent cx="2760345" cy="1932940"/>
            <wp:effectExtent l="0" t="0" r="1905" b="0"/>
            <wp:wrapTight wrapText="bothSides">
              <wp:wrapPolygon edited="0">
                <wp:start x="0" y="0"/>
                <wp:lineTo x="0" y="21288"/>
                <wp:lineTo x="21466" y="21288"/>
                <wp:lineTo x="21466" y="0"/>
                <wp:lineTo x="0" y="0"/>
              </wp:wrapPolygon>
            </wp:wrapTight>
            <wp:docPr id="203146971" name="Afbeelding 1" descr="Afbeelding met schermopname, cirkel, kun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46971" name="Afbeelding 1" descr="Afbeelding met schermopname, cirkel, kunst&#10;&#10;Door AI gegenereerde inhoud is mogelijk onjuis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60345" cy="193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3995">
        <w:rPr>
          <w:lang w:val="nl-NL"/>
        </w:rPr>
        <w:drawing>
          <wp:anchor distT="0" distB="0" distL="114300" distR="114300" simplePos="0" relativeHeight="251647488" behindDoc="1" locked="0" layoutInCell="1" allowOverlap="1" wp14:anchorId="16A94E23" wp14:editId="05E00ACB">
            <wp:simplePos x="0" y="0"/>
            <wp:positionH relativeFrom="column">
              <wp:posOffset>3810</wp:posOffset>
            </wp:positionH>
            <wp:positionV relativeFrom="paragraph">
              <wp:posOffset>381000</wp:posOffset>
            </wp:positionV>
            <wp:extent cx="2793365" cy="1704975"/>
            <wp:effectExtent l="0" t="0" r="6985" b="9525"/>
            <wp:wrapTight wrapText="bothSides">
              <wp:wrapPolygon edited="0">
                <wp:start x="0" y="0"/>
                <wp:lineTo x="0" y="21479"/>
                <wp:lineTo x="21507" y="21479"/>
                <wp:lineTo x="21507" y="0"/>
                <wp:lineTo x="0" y="0"/>
              </wp:wrapPolygon>
            </wp:wrapTight>
            <wp:docPr id="1012833464" name="Afbeelding 1" descr="Afbeelding met tekst, schermopname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833464" name="Afbeelding 1" descr="Afbeelding met tekst, schermopname, cirkel&#10;&#10;Door AI gegenereerde inhoud is mogelijk onjuis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nl-NL"/>
        </w:rPr>
        <w:br w:type="page"/>
      </w:r>
    </w:p>
    <w:p w14:paraId="497FB316" w14:textId="6F5238F3" w:rsidR="00C40AC1" w:rsidRPr="00D476F8" w:rsidRDefault="00AD1613">
      <w:pPr>
        <w:pStyle w:val="Kop1"/>
        <w:rPr>
          <w:lang w:val="nl-NL"/>
        </w:rPr>
      </w:pPr>
      <w:r w:rsidRPr="00AD1613">
        <w:rPr>
          <w:lang w:val="nl-NL"/>
        </w:rPr>
        <w:lastRenderedPageBreak/>
        <w:drawing>
          <wp:anchor distT="0" distB="0" distL="114300" distR="114300" simplePos="0" relativeHeight="251664896" behindDoc="1" locked="0" layoutInCell="1" allowOverlap="1" wp14:anchorId="1C87C332" wp14:editId="2FEF1178">
            <wp:simplePos x="0" y="0"/>
            <wp:positionH relativeFrom="column">
              <wp:posOffset>2266950</wp:posOffset>
            </wp:positionH>
            <wp:positionV relativeFrom="paragraph">
              <wp:posOffset>102235</wp:posOffset>
            </wp:positionV>
            <wp:extent cx="3961130" cy="2117725"/>
            <wp:effectExtent l="0" t="0" r="1270" b="0"/>
            <wp:wrapTight wrapText="bothSides">
              <wp:wrapPolygon edited="0">
                <wp:start x="0" y="0"/>
                <wp:lineTo x="0" y="21373"/>
                <wp:lineTo x="21503" y="21373"/>
                <wp:lineTo x="21503" y="0"/>
                <wp:lineTo x="0" y="0"/>
              </wp:wrapPolygon>
            </wp:wrapTight>
            <wp:docPr id="1520494456" name="Afbeelding 1" descr="Afbeelding met tekst, ongewerveld dier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494456" name="Afbeelding 1" descr="Afbeelding met tekst, ongewerveld dier&#10;&#10;Door AI gegenereerde inhoud is mogelijk onjuis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61130" cy="211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689" w:rsidRPr="00D476F8">
        <w:rPr>
          <w:lang w:val="nl-NL"/>
        </w:rPr>
        <w:t>BS 5.3 Beenverbindingen</w:t>
      </w:r>
      <w:r>
        <w:rPr>
          <w:lang w:val="nl-NL"/>
        </w:rPr>
        <w:t xml:space="preserve"> </w:t>
      </w:r>
    </w:p>
    <w:p w14:paraId="43063BE4" w14:textId="3235F822" w:rsidR="00C40AC1" w:rsidRPr="00813995" w:rsidRDefault="00AD1613">
      <w:pPr>
        <w:rPr>
          <w:lang w:val="nl-NL"/>
        </w:rPr>
      </w:pPr>
      <w:r w:rsidRPr="00AD1613">
        <w:rPr>
          <w:lang w:val="nl-NL"/>
        </w:rPr>
        <w:drawing>
          <wp:anchor distT="0" distB="0" distL="114300" distR="114300" simplePos="0" relativeHeight="251674112" behindDoc="1" locked="0" layoutInCell="1" allowOverlap="1" wp14:anchorId="79718D38" wp14:editId="359E3F80">
            <wp:simplePos x="0" y="0"/>
            <wp:positionH relativeFrom="column">
              <wp:posOffset>3131820</wp:posOffset>
            </wp:positionH>
            <wp:positionV relativeFrom="paragraph">
              <wp:posOffset>2234565</wp:posOffset>
            </wp:positionV>
            <wp:extent cx="3173095" cy="2547620"/>
            <wp:effectExtent l="0" t="0" r="8255" b="5080"/>
            <wp:wrapTight wrapText="bothSides">
              <wp:wrapPolygon edited="0">
                <wp:start x="0" y="0"/>
                <wp:lineTo x="0" y="21482"/>
                <wp:lineTo x="21527" y="21482"/>
                <wp:lineTo x="21527" y="0"/>
                <wp:lineTo x="0" y="0"/>
              </wp:wrapPolygon>
            </wp:wrapTight>
            <wp:docPr id="1661949687" name="Afbeelding 1" descr="Afbeelding met tekst, skelet, gereedscha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949687" name="Afbeelding 1" descr="Afbeelding met tekst, skelet, gereedschap&#10;&#10;Door AI gegenereerde inhoud is mogelijk onjuis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3095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689" w:rsidRPr="00D476F8">
        <w:rPr>
          <w:lang w:val="nl-NL"/>
        </w:rPr>
        <w:t>• Vier beenverbindingen:</w:t>
      </w:r>
      <w:r w:rsidR="008B6689" w:rsidRPr="00D476F8">
        <w:rPr>
          <w:lang w:val="nl-NL"/>
        </w:rPr>
        <w:br/>
        <w:t xml:space="preserve">  1. Naadverbinding</w:t>
      </w:r>
      <w:r w:rsidR="008B6689" w:rsidRPr="00D476F8">
        <w:rPr>
          <w:lang w:val="nl-NL"/>
        </w:rPr>
        <w:br/>
        <w:t xml:space="preserve">  2. Vergroeid</w:t>
      </w:r>
      <w:r w:rsidR="008B6689" w:rsidRPr="00D476F8">
        <w:rPr>
          <w:lang w:val="nl-NL"/>
        </w:rPr>
        <w:br/>
        <w:t xml:space="preserve">  3. Kraakbeenverbinding</w:t>
      </w:r>
      <w:r w:rsidR="008B6689" w:rsidRPr="00D476F8">
        <w:rPr>
          <w:lang w:val="nl-NL"/>
        </w:rPr>
        <w:br/>
        <w:t xml:space="preserve">  4. Gewricht</w:t>
      </w:r>
      <w:r w:rsidR="008B6689" w:rsidRPr="00D476F8">
        <w:rPr>
          <w:lang w:val="nl-NL"/>
        </w:rPr>
        <w:br/>
        <w:t>• Onderdelen gewricht:</w:t>
      </w:r>
      <w:r w:rsidR="008B6689" w:rsidRPr="00D476F8">
        <w:rPr>
          <w:lang w:val="nl-NL"/>
        </w:rPr>
        <w:br/>
      </w:r>
      <w:r w:rsidR="008B6689" w:rsidRPr="00D476F8">
        <w:rPr>
          <w:lang w:val="nl-NL"/>
        </w:rPr>
        <w:t xml:space="preserve">  - Kraakbeen, gewrichtskapsel, gewrichtssmeer, kapselbanden</w:t>
      </w:r>
      <w:r w:rsidR="00813995" w:rsidRPr="00813995">
        <w:rPr>
          <w:noProof/>
          <w:lang w:val="nl-NL"/>
        </w:rPr>
        <w:t xml:space="preserve"> </w:t>
      </w:r>
      <w:r w:rsidR="008B6689" w:rsidRPr="00D476F8">
        <w:rPr>
          <w:lang w:val="nl-NL"/>
        </w:rPr>
        <w:br/>
      </w:r>
      <w:r w:rsidR="008B6689" w:rsidRPr="00D476F8">
        <w:rPr>
          <w:lang w:val="nl-NL"/>
        </w:rPr>
        <w:t>• Soorten gewrichten:</w:t>
      </w:r>
      <w:r w:rsidR="008B6689" w:rsidRPr="00D476F8">
        <w:rPr>
          <w:lang w:val="nl-NL"/>
        </w:rPr>
        <w:br/>
      </w:r>
      <w:r w:rsidR="008B6689" w:rsidRPr="00D476F8">
        <w:rPr>
          <w:lang w:val="nl-NL"/>
        </w:rPr>
        <w:t xml:space="preserve">  - Kogelgewricht (draaien)</w:t>
      </w:r>
      <w:r w:rsidR="008B6689" w:rsidRPr="00D476F8">
        <w:rPr>
          <w:lang w:val="nl-NL"/>
        </w:rPr>
        <w:br/>
        <w:t xml:space="preserve">  - Scharniergewricht (heen en weer)</w:t>
      </w:r>
      <w:r w:rsidR="008B6689" w:rsidRPr="00D476F8">
        <w:rPr>
          <w:lang w:val="nl-NL"/>
        </w:rPr>
        <w:br/>
        <w:t xml:space="preserve">  - Rolgewricht (draaien)</w:t>
      </w:r>
      <w:r w:rsidR="00813995" w:rsidRPr="00813995">
        <w:rPr>
          <w:noProof/>
          <w:lang w:val="nl-NL"/>
        </w:rPr>
        <w:t xml:space="preserve"> </w:t>
      </w:r>
    </w:p>
    <w:p w14:paraId="2064D359" w14:textId="5B7CFC54" w:rsidR="00AD1613" w:rsidRDefault="00AD161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nl-NL"/>
        </w:rPr>
      </w:pPr>
      <w:r w:rsidRPr="00AD1613">
        <w:rPr>
          <w:noProof/>
          <w:lang w:val="nl-NL"/>
        </w:rPr>
        <w:drawing>
          <wp:anchor distT="0" distB="0" distL="114300" distR="114300" simplePos="0" relativeHeight="251671040" behindDoc="1" locked="0" layoutInCell="1" allowOverlap="1" wp14:anchorId="5C58055D" wp14:editId="4AAD1B51">
            <wp:simplePos x="0" y="0"/>
            <wp:positionH relativeFrom="column">
              <wp:posOffset>-35560</wp:posOffset>
            </wp:positionH>
            <wp:positionV relativeFrom="paragraph">
              <wp:posOffset>68580</wp:posOffset>
            </wp:positionV>
            <wp:extent cx="3166745" cy="2787015"/>
            <wp:effectExtent l="0" t="0" r="0" b="0"/>
            <wp:wrapTight wrapText="bothSides">
              <wp:wrapPolygon edited="0">
                <wp:start x="0" y="0"/>
                <wp:lineTo x="0" y="21408"/>
                <wp:lineTo x="21440" y="21408"/>
                <wp:lineTo x="21440" y="0"/>
                <wp:lineTo x="0" y="0"/>
              </wp:wrapPolygon>
            </wp:wrapTight>
            <wp:docPr id="2013746693" name="Afbeelding 1" descr="Afbeelding met tekst, schermopnam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746693" name="Afbeelding 1" descr="Afbeelding met tekst, schermopname&#10;&#10;Door AI gegenereerde inhoud is mogelijk onjuis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66745" cy="2787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nl-NL"/>
        </w:rPr>
        <w:br w:type="page"/>
      </w:r>
    </w:p>
    <w:p w14:paraId="61347F0E" w14:textId="4B809C78" w:rsidR="00C40AC1" w:rsidRPr="00D476F8" w:rsidRDefault="00AD1613">
      <w:pPr>
        <w:pStyle w:val="Kop1"/>
        <w:rPr>
          <w:lang w:val="nl-NL"/>
        </w:rPr>
      </w:pPr>
      <w:r w:rsidRPr="00AD1613">
        <w:rPr>
          <w:lang w:val="nl-NL"/>
        </w:rPr>
        <w:lastRenderedPageBreak/>
        <w:drawing>
          <wp:anchor distT="0" distB="0" distL="114300" distR="114300" simplePos="0" relativeHeight="251676160" behindDoc="1" locked="0" layoutInCell="1" allowOverlap="1" wp14:anchorId="6508DE06" wp14:editId="3C92F6E3">
            <wp:simplePos x="0" y="0"/>
            <wp:positionH relativeFrom="column">
              <wp:posOffset>2700993</wp:posOffset>
            </wp:positionH>
            <wp:positionV relativeFrom="paragraph">
              <wp:posOffset>-328496</wp:posOffset>
            </wp:positionV>
            <wp:extent cx="3498215" cy="2205355"/>
            <wp:effectExtent l="0" t="0" r="6985" b="4445"/>
            <wp:wrapTight wrapText="bothSides">
              <wp:wrapPolygon edited="0">
                <wp:start x="0" y="0"/>
                <wp:lineTo x="0" y="21457"/>
                <wp:lineTo x="21526" y="21457"/>
                <wp:lineTo x="21526" y="0"/>
                <wp:lineTo x="0" y="0"/>
              </wp:wrapPolygon>
            </wp:wrapTight>
            <wp:docPr id="1616213944" name="Afbeelding 1" descr="Afbeelding met tekst, schermopname, hoge hakken, schoeis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213944" name="Afbeelding 1" descr="Afbeelding met tekst, schermopname, hoge hakken, schoeisel&#10;&#10;Door AI gegenereerde inhoud is mogelijk onjuis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8215" cy="2205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689" w:rsidRPr="00D476F8">
        <w:rPr>
          <w:lang w:val="nl-NL"/>
        </w:rPr>
        <w:t>BS 5.4 Spieren</w:t>
      </w:r>
      <w:r>
        <w:rPr>
          <w:lang w:val="nl-NL"/>
        </w:rPr>
        <w:t xml:space="preserve"> </w:t>
      </w:r>
    </w:p>
    <w:p w14:paraId="35FB2523" w14:textId="5B6AFCBD" w:rsidR="00C40AC1" w:rsidRPr="00D476F8" w:rsidRDefault="008B6689">
      <w:pPr>
        <w:rPr>
          <w:lang w:val="nl-NL"/>
        </w:rPr>
      </w:pPr>
      <w:r w:rsidRPr="00D476F8">
        <w:rPr>
          <w:lang w:val="nl-NL"/>
        </w:rPr>
        <w:t>• Bouw:</w:t>
      </w:r>
      <w:r w:rsidRPr="00D476F8">
        <w:rPr>
          <w:lang w:val="nl-NL"/>
        </w:rPr>
        <w:br/>
        <w:t xml:space="preserve">  - Spierbundels → spiervezels </w:t>
      </w:r>
      <w:r w:rsidRPr="00D476F8">
        <w:rPr>
          <w:lang w:val="nl-NL"/>
        </w:rPr>
        <w:br/>
        <w:t>• Werking:</w:t>
      </w:r>
      <w:r w:rsidRPr="00D476F8">
        <w:rPr>
          <w:lang w:val="nl-NL"/>
        </w:rPr>
        <w:br/>
        <w:t xml:space="preserve">  - Spieren trekken samen (energie nodig)</w:t>
      </w:r>
      <w:r w:rsidRPr="00D476F8">
        <w:rPr>
          <w:lang w:val="nl-NL"/>
        </w:rPr>
        <w:br/>
        <w:t xml:space="preserve">  - Antagonisten: samenwerken</w:t>
      </w:r>
      <w:r w:rsidR="00D476F8">
        <w:rPr>
          <w:lang w:val="nl-NL"/>
        </w:rPr>
        <w:t xml:space="preserve">, maar tegengesteld </w:t>
      </w:r>
      <w:r w:rsidRPr="00D476F8">
        <w:rPr>
          <w:lang w:val="nl-NL"/>
        </w:rPr>
        <w:t>(bijv. biceps/</w:t>
      </w:r>
      <w:proofErr w:type="spellStart"/>
      <w:r w:rsidRPr="00D476F8">
        <w:rPr>
          <w:lang w:val="nl-NL"/>
        </w:rPr>
        <w:t>triceps</w:t>
      </w:r>
      <w:proofErr w:type="spellEnd"/>
      <w:r w:rsidRPr="00D476F8">
        <w:rPr>
          <w:lang w:val="nl-NL"/>
        </w:rPr>
        <w:t>)</w:t>
      </w:r>
    </w:p>
    <w:p w14:paraId="7ECC7C83" w14:textId="3F83B3F6" w:rsidR="00C40AC1" w:rsidRPr="00AB325E" w:rsidRDefault="00AB325E" w:rsidP="00AB325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nl-NL"/>
        </w:rPr>
      </w:pPr>
      <w:r w:rsidRPr="00644A0F">
        <w:rPr>
          <w:lang w:val="nl-NL"/>
        </w:rPr>
        <w:drawing>
          <wp:anchor distT="0" distB="0" distL="114300" distR="114300" simplePos="0" relativeHeight="251680256" behindDoc="1" locked="0" layoutInCell="1" allowOverlap="1" wp14:anchorId="2CA8383A" wp14:editId="5CEAD53F">
            <wp:simplePos x="0" y="0"/>
            <wp:positionH relativeFrom="column">
              <wp:posOffset>3035918</wp:posOffset>
            </wp:positionH>
            <wp:positionV relativeFrom="paragraph">
              <wp:posOffset>476581</wp:posOffset>
            </wp:positionV>
            <wp:extent cx="3216275" cy="2290445"/>
            <wp:effectExtent l="0" t="0" r="3175" b="0"/>
            <wp:wrapTight wrapText="bothSides">
              <wp:wrapPolygon edited="0">
                <wp:start x="0" y="0"/>
                <wp:lineTo x="0" y="21378"/>
                <wp:lineTo x="21493" y="21378"/>
                <wp:lineTo x="21493" y="0"/>
                <wp:lineTo x="0" y="0"/>
              </wp:wrapPolygon>
            </wp:wrapTight>
            <wp:docPr id="1837916268" name="Afbeelding 1" descr="Afbeelding met tekst, schermopname, skele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916268" name="Afbeelding 1" descr="Afbeelding met tekst, schermopname, skelet&#10;&#10;Door AI gegenereerde inhoud is mogelijk onjuis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16275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nl-NL"/>
        </w:rPr>
        <w:br w:type="page"/>
      </w:r>
      <w:r w:rsidRPr="00AB325E">
        <w:rPr>
          <w:lang w:val="nl-NL"/>
        </w:rPr>
        <w:lastRenderedPageBreak/>
        <w:drawing>
          <wp:anchor distT="0" distB="0" distL="114300" distR="114300" simplePos="0" relativeHeight="251691520" behindDoc="1" locked="0" layoutInCell="1" allowOverlap="1" wp14:anchorId="61CDF486" wp14:editId="04EC3044">
            <wp:simplePos x="0" y="0"/>
            <wp:positionH relativeFrom="column">
              <wp:posOffset>4803924</wp:posOffset>
            </wp:positionH>
            <wp:positionV relativeFrom="paragraph">
              <wp:posOffset>-159368</wp:posOffset>
            </wp:positionV>
            <wp:extent cx="1369060" cy="2266315"/>
            <wp:effectExtent l="0" t="0" r="2540" b="635"/>
            <wp:wrapTight wrapText="bothSides">
              <wp:wrapPolygon edited="0">
                <wp:start x="0" y="0"/>
                <wp:lineTo x="0" y="21424"/>
                <wp:lineTo x="21340" y="21424"/>
                <wp:lineTo x="21340" y="0"/>
                <wp:lineTo x="0" y="0"/>
              </wp:wrapPolygon>
            </wp:wrapTight>
            <wp:docPr id="211928244" name="Afbeelding 1" descr="Afbeelding met skele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28244" name="Afbeelding 1" descr="Afbeelding met skelet&#10;&#10;Door AI gegenereerde inhoud is mogelijk onjuis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69060" cy="2266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689" w:rsidRPr="00D476F8">
        <w:rPr>
          <w:lang w:val="nl-NL"/>
        </w:rPr>
        <w:t>BS 5.5 Houding en beweging</w:t>
      </w:r>
      <w:r w:rsidRPr="00AB325E">
        <w:rPr>
          <w:noProof/>
          <w:lang w:val="nl-NL"/>
        </w:rPr>
        <w:t xml:space="preserve"> </w:t>
      </w:r>
    </w:p>
    <w:p w14:paraId="043404AD" w14:textId="2DAE9767" w:rsidR="00AB325E" w:rsidRDefault="008B6689" w:rsidP="00AB325E">
      <w:pPr>
        <w:rPr>
          <w:lang w:val="nl-NL"/>
        </w:rPr>
      </w:pPr>
      <w:r w:rsidRPr="00D476F8">
        <w:rPr>
          <w:lang w:val="nl-NL"/>
        </w:rPr>
        <w:t>•</w:t>
      </w:r>
      <w:r w:rsidRPr="00D476F8">
        <w:rPr>
          <w:lang w:val="nl-NL"/>
        </w:rPr>
        <w:t xml:space="preserve"> Goede houding:</w:t>
      </w:r>
      <w:r w:rsidRPr="00D476F8">
        <w:rPr>
          <w:lang w:val="nl-NL"/>
        </w:rPr>
        <w:br/>
        <w:t xml:space="preserve">  - Rechte rug, hoofd recht,</w:t>
      </w:r>
      <w:r w:rsidR="00D476F8">
        <w:rPr>
          <w:lang w:val="nl-NL"/>
        </w:rPr>
        <w:t xml:space="preserve"> hoeken van 90 graden,</w:t>
      </w:r>
      <w:r w:rsidRPr="00D476F8">
        <w:rPr>
          <w:lang w:val="nl-NL"/>
        </w:rPr>
        <w:t xml:space="preserve"> knieën niet </w:t>
      </w:r>
      <w:proofErr w:type="spellStart"/>
      <w:r w:rsidRPr="00D476F8">
        <w:rPr>
          <w:lang w:val="nl-NL"/>
        </w:rPr>
        <w:t>overstrekt</w:t>
      </w:r>
      <w:proofErr w:type="spellEnd"/>
    </w:p>
    <w:p w14:paraId="05D1B4C4" w14:textId="7B7E45DA" w:rsidR="00C40AC1" w:rsidRDefault="008B6689" w:rsidP="00AB325E">
      <w:pPr>
        <w:rPr>
          <w:noProof/>
          <w:lang w:val="nl-NL"/>
        </w:rPr>
      </w:pPr>
      <w:r w:rsidRPr="00D476F8">
        <w:rPr>
          <w:lang w:val="nl-NL"/>
        </w:rPr>
        <w:t>• Beweging is gezond:</w:t>
      </w:r>
      <w:r w:rsidRPr="00D476F8">
        <w:rPr>
          <w:lang w:val="nl-NL"/>
        </w:rPr>
        <w:br/>
        <w:t xml:space="preserve">  - Versterkt lichaam, verbetert bloedsomloop, voorkomt ziektes</w:t>
      </w:r>
      <w:r w:rsidR="00644A0F" w:rsidRPr="00644A0F">
        <w:rPr>
          <w:noProof/>
          <w:lang w:val="nl-NL"/>
        </w:rPr>
        <w:t xml:space="preserve"> </w:t>
      </w:r>
    </w:p>
    <w:p w14:paraId="613FA1C2" w14:textId="4B22E682" w:rsidR="00AB325E" w:rsidRDefault="00AB325E" w:rsidP="00AB325E">
      <w:pPr>
        <w:pStyle w:val="Lijstalinea"/>
        <w:numPr>
          <w:ilvl w:val="0"/>
          <w:numId w:val="10"/>
        </w:numPr>
        <w:rPr>
          <w:lang w:val="nl-NL"/>
        </w:rPr>
      </w:pPr>
      <w:r>
        <w:rPr>
          <w:lang w:val="nl-NL"/>
        </w:rPr>
        <w:t>Wervelkolom heeft dubbele S-vorm om klappen (door een harde landing) op te vangen.</w:t>
      </w:r>
    </w:p>
    <w:p w14:paraId="3B20A948" w14:textId="61B8A088" w:rsidR="00AB325E" w:rsidRPr="00AB325E" w:rsidRDefault="00AB325E" w:rsidP="00AB325E">
      <w:pPr>
        <w:pStyle w:val="Lijstalinea"/>
        <w:numPr>
          <w:ilvl w:val="0"/>
          <w:numId w:val="10"/>
        </w:numPr>
        <w:rPr>
          <w:lang w:val="nl-NL"/>
        </w:rPr>
      </w:pPr>
      <w:r>
        <w:rPr>
          <w:lang w:val="nl-NL"/>
        </w:rPr>
        <w:t>Kraakbeenschijven tussen de wervels helpen met opvangen van klappen.</w:t>
      </w:r>
    </w:p>
    <w:p w14:paraId="59106A64" w14:textId="02F37792" w:rsidR="00C40AC1" w:rsidRPr="00D476F8" w:rsidRDefault="00AB325E">
      <w:pPr>
        <w:pStyle w:val="Kop1"/>
        <w:rPr>
          <w:lang w:val="nl-NL"/>
        </w:rPr>
      </w:pPr>
      <w:r w:rsidRPr="00AB325E">
        <w:rPr>
          <w:lang w:val="nl-NL"/>
        </w:rPr>
        <w:drawing>
          <wp:anchor distT="0" distB="0" distL="114300" distR="114300" simplePos="0" relativeHeight="251686400" behindDoc="0" locked="0" layoutInCell="1" allowOverlap="1" wp14:anchorId="5D4C151C" wp14:editId="4164AC89">
            <wp:simplePos x="0" y="0"/>
            <wp:positionH relativeFrom="column">
              <wp:posOffset>3488700</wp:posOffset>
            </wp:positionH>
            <wp:positionV relativeFrom="paragraph">
              <wp:posOffset>178349</wp:posOffset>
            </wp:positionV>
            <wp:extent cx="2820871" cy="1505347"/>
            <wp:effectExtent l="0" t="0" r="0" b="0"/>
            <wp:wrapNone/>
            <wp:docPr id="1546611710" name="Afbeelding 1" descr="Afbeelding met tekst, tekenfilm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611710" name="Afbeelding 1" descr="Afbeelding met tekst, tekenfilm&#10;&#10;Door AI gegenereerde inhoud is mogelijk onjuis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20871" cy="1505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689" w:rsidRPr="00D476F8">
        <w:rPr>
          <w:lang w:val="nl-NL"/>
        </w:rPr>
        <w:t>B</w:t>
      </w:r>
      <w:r w:rsidR="008B6689" w:rsidRPr="00D476F8">
        <w:rPr>
          <w:lang w:val="nl-NL"/>
        </w:rPr>
        <w:t>S 5.6 Blessures</w:t>
      </w:r>
      <w:r w:rsidRPr="00AB325E">
        <w:rPr>
          <w:noProof/>
          <w:lang w:val="nl-NL"/>
        </w:rPr>
        <w:t xml:space="preserve"> </w:t>
      </w:r>
    </w:p>
    <w:p w14:paraId="65CE5817" w14:textId="52E7F201" w:rsidR="00C40AC1" w:rsidRDefault="008B6689">
      <w:pPr>
        <w:rPr>
          <w:lang w:val="nl-NL"/>
        </w:rPr>
      </w:pPr>
      <w:r w:rsidRPr="00D476F8">
        <w:rPr>
          <w:lang w:val="nl-NL"/>
        </w:rPr>
        <w:t>• Voorbeelden blessures:</w:t>
      </w:r>
      <w:r w:rsidRPr="00D476F8">
        <w:rPr>
          <w:lang w:val="nl-NL"/>
        </w:rPr>
        <w:br/>
        <w:t xml:space="preserve">  - Verstuiking, spierkneuzing, botbreuk</w:t>
      </w:r>
      <w:r w:rsidRPr="00D476F8">
        <w:rPr>
          <w:lang w:val="nl-NL"/>
        </w:rPr>
        <w:br/>
        <w:t>• Voorkomen:</w:t>
      </w:r>
      <w:r w:rsidRPr="00D476F8">
        <w:rPr>
          <w:lang w:val="nl-NL"/>
        </w:rPr>
        <w:br/>
        <w:t xml:space="preserve">  - Warming-up, bescherming, goede houding, rust nemen</w:t>
      </w:r>
    </w:p>
    <w:p w14:paraId="29604C8F" w14:textId="78BFED2C" w:rsidR="00AB325E" w:rsidRDefault="00AB325E">
      <w:pPr>
        <w:rPr>
          <w:lang w:val="nl-NL"/>
        </w:rPr>
      </w:pPr>
    </w:p>
    <w:p w14:paraId="34546D86" w14:textId="6B7DAD7E" w:rsidR="00AB325E" w:rsidRDefault="00AB325E">
      <w:pPr>
        <w:rPr>
          <w:lang w:val="nl-NL"/>
        </w:rPr>
      </w:pPr>
    </w:p>
    <w:p w14:paraId="169571D8" w14:textId="77777777" w:rsidR="00AB325E" w:rsidRDefault="00AB325E">
      <w:pPr>
        <w:rPr>
          <w:lang w:val="nl-NL"/>
        </w:rPr>
      </w:pPr>
    </w:p>
    <w:p w14:paraId="0DC42E74" w14:textId="35F18FAF" w:rsidR="00AB325E" w:rsidRPr="00D476F8" w:rsidRDefault="00AB325E">
      <w:pPr>
        <w:rPr>
          <w:lang w:val="nl-NL"/>
        </w:rPr>
      </w:pPr>
      <w:r w:rsidRPr="00AB325E">
        <w:rPr>
          <w:lang w:val="nl-NL"/>
        </w:rPr>
        <w:drawing>
          <wp:anchor distT="0" distB="0" distL="114300" distR="114300" simplePos="0" relativeHeight="251684864" behindDoc="1" locked="0" layoutInCell="1" allowOverlap="1" wp14:anchorId="0F21EF0A" wp14:editId="2AC71B02">
            <wp:simplePos x="0" y="0"/>
            <wp:positionH relativeFrom="column">
              <wp:posOffset>883</wp:posOffset>
            </wp:positionH>
            <wp:positionV relativeFrom="paragraph">
              <wp:posOffset>-174</wp:posOffset>
            </wp:positionV>
            <wp:extent cx="3702899" cy="3433753"/>
            <wp:effectExtent l="0" t="0" r="0" b="0"/>
            <wp:wrapTight wrapText="bothSides">
              <wp:wrapPolygon edited="0">
                <wp:start x="0" y="0"/>
                <wp:lineTo x="0" y="21452"/>
                <wp:lineTo x="21448" y="21452"/>
                <wp:lineTo x="21448" y="0"/>
                <wp:lineTo x="0" y="0"/>
              </wp:wrapPolygon>
            </wp:wrapTight>
            <wp:docPr id="382339442" name="Afbeelding 1" descr="Afbeelding met tekst, kleding, schoeisel, perso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339442" name="Afbeelding 1" descr="Afbeelding met tekst, kleding, schoeisel, person&#10;&#10;Door AI gegenereerde inhoud is mogelijk onjuis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2899" cy="3433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B325E" w:rsidRPr="00D476F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E4E7AC3"/>
    <w:multiLevelType w:val="hybridMultilevel"/>
    <w:tmpl w:val="B5EE074C"/>
    <w:lvl w:ilvl="0" w:tplc="D4FED39C">
      <w:start w:val="1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431995">
    <w:abstractNumId w:val="8"/>
  </w:num>
  <w:num w:numId="2" w16cid:durableId="660818023">
    <w:abstractNumId w:val="6"/>
  </w:num>
  <w:num w:numId="3" w16cid:durableId="454448262">
    <w:abstractNumId w:val="5"/>
  </w:num>
  <w:num w:numId="4" w16cid:durableId="756900900">
    <w:abstractNumId w:val="4"/>
  </w:num>
  <w:num w:numId="5" w16cid:durableId="1690060981">
    <w:abstractNumId w:val="7"/>
  </w:num>
  <w:num w:numId="6" w16cid:durableId="566573489">
    <w:abstractNumId w:val="3"/>
  </w:num>
  <w:num w:numId="7" w16cid:durableId="1441217084">
    <w:abstractNumId w:val="2"/>
  </w:num>
  <w:num w:numId="8" w16cid:durableId="1032153169">
    <w:abstractNumId w:val="1"/>
  </w:num>
  <w:num w:numId="9" w16cid:durableId="1105929222">
    <w:abstractNumId w:val="0"/>
  </w:num>
  <w:num w:numId="10" w16cid:durableId="52101657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96A6C"/>
    <w:rsid w:val="00644A0F"/>
    <w:rsid w:val="00813995"/>
    <w:rsid w:val="008B6689"/>
    <w:rsid w:val="00AA1D8D"/>
    <w:rsid w:val="00AB325E"/>
    <w:rsid w:val="00AD1613"/>
    <w:rsid w:val="00B47730"/>
    <w:rsid w:val="00C40AC1"/>
    <w:rsid w:val="00CB0664"/>
    <w:rsid w:val="00D476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3B3C3D"/>
  <w14:defaultImageDpi w14:val="300"/>
  <w15:docId w15:val="{976DFD50-6F6D-4602-8FF2-40AA348F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Jasper Wijkamp</cp:lastModifiedBy>
  <cp:revision>2</cp:revision>
  <dcterms:created xsi:type="dcterms:W3CDTF">2025-05-26T09:02:00Z</dcterms:created>
  <dcterms:modified xsi:type="dcterms:W3CDTF">2025-05-26T09:02:00Z</dcterms:modified>
  <cp:category/>
</cp:coreProperties>
</file>